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דמות עגולה לדמות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אפיון ישיר ואפיון עקיף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כינוי שם ומה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מורכבת שמשתנה לאורך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 פשוטה עם תכונה אחת בולטת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אומר במפורש מה התכונה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לומדים על הדמות ממעשיה ומדבריה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מילה שמחליפה את שם הדמות ומדגישה 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תורמת לעלילה, להומור או לניגוד לדמות הראשית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דמות עגולה מורכבת ומשתנה, ולכן יכולה להפתיע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נשארת עם אותה תכונה לאורך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אפיון ישיר, לא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כינוי שם מדגיש תכונה ולעיתים מביע רגש כלפי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דמות עגולה יכולה להיות מורכבת עם תכונות טובות ופחות טובות, לא בהכרח שלילית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(מורכבת ומשתנה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(תכונה אחת בולטת שלא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(המספר אומר במפורש מה התכונה)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(לומדים מהמעשים ומהדיבור)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(מילה שמחליפה שם ומדגישה תכונה)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עקיף - לומדים שרוני נדיבה ממעשיה, בלי שהמספר אומר זאת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הכינוי שם הוא 'שומר הפרדס', והוא מדגיש את תפקידו של הסבא כמי ששומר על הפרדס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דמות עגולה, כי היא משתנה לאורך הסיפור ומגלה תכונות שונות כמו פחד וחרטה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מתאר/ת מעשים, דיבור או מראה שמהם אפשר להסיק תכונה, בלי אמירה ישירה של התכונה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שהכינוי מתאים לתכונה בולטת של הדמות ושההסבר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עגולה משתנה ומורכבת, דמות שטוחה פשוטה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להראות תכונה דרך מעשה או דיבור בלי לומר אותה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שם מדגיש תכונה בולטת ולעיתים מוסיף רגש כמו חיבה או לעג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יואב מהדף ולבקש מהתלמידים לזהות את נקודת השינוי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קטע קצר מספר שהכיתה קוראת ולבקש לאתר בו דמות עגולה ודמות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לתת דוגמה קצרה בעל פה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ביצירות ספרות אנחנו פוגשים דמויות שונות - חלקן מורכבות ומשתנות, וחלקן פשוטות ובעלות תכונה אחת. בדף זה נתרגל לזהות סוגי דמויות ודרכי אפיון.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דמות עגולה?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מורכבת שמשתנה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עם תכונה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שהיא תמיד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דמות שטוחה?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מורכבת עם סתירות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פשוטה עם תכונה אחת בולטת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שתמיד מתנצלת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שאין לה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אפיון ישיר?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מתאר את מעשי הדמות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אומר במפורש מה התכונה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מנחש לבד מה התכונה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מדברת על עצמה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אפיון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אומר במפורש את התכונה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 על הדמות ממעשיה ומדבריה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משתנה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כינוי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שמה האמיתי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שמחליפה את שם הדמות ומדגישה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תורמת דמות שטוחה ליצירה?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תורמת לעלילה, להומור או לניגוד לדמות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משנה את הסוף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מתעצבנת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יכולה להפתיע אותנו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משתנה הרבה לאורך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עקיף הוא כשהמספר אומר במפורש מה התכונה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שם יכול להביע יחס רגשי כמו חיבה או לעג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תמיד דמות שלילית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דמות __________ היא דמות מורכבת שמשתנה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__________ היא דמות פשוטה עם תכונה אחת בולטת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המספר אומר במפורש מה התכונה של הדמות, זהו אפיון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לומדים על הדמות ממעשיה ומדבריה, זהו אפיון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שמחליפה את שם הדמות ומדגישה תכונה נקראת __________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יואב בדוגמה מתחיל כנער שחצן ומגלה בהמשך __________ וחולשה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שמחליפה שם ומדגישה 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לומדים מהמעשים ומהדיבור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תכונה אחת בולטת שלא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המספר אומר במפורש מה התכונה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מורכבת ומשתנה לאורך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'בכל הפסקה חילקה רוני את הכריך שלה לשניים, ונתנה חצי למי שלא הביא.' איזה סוג אפיון זה, ישיר או עקיף?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במקום 'סבא משה' הסיפור קורא לו 'שומר הפרדס'. מהו הכינוי שם כאן, ומה הוא מדגיש?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יואב מתחיל כנער שחצן ומסיים בהתנצלות בפני חברו. האם זו דמות עגולה או שטוחה?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על דמות (אמיתית או דמיונית) תוך שימוש באפיון עקיף בלבד - בלי לומר במפורש מה התכונה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כינוי שם לדמות מסיפור שאתם מכירים (לא השם האמיתי שלה), והסבירו איזו תכונה הכינוי מדגיש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לאפיון עקיף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כינוי שם ביצירה?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דמויות ביצירה הספרותית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