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דמויות ביצירה הספרותית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דמות עגולה לדמות שטוחה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אפיון ישיר ואפיון עקיף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כינוי שם ומה 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דמות מורכבת שמשתנה לאורך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דמות פשוטה עם תכונה אחת בולטת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המספר אומר במפורש מה התכונה של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דמות עגולה מורכבת ומשתנה, ולכן יכולה להפתיע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שטוחה נשארת עם אותה תכונה לאורך כל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אפיון ישיר, לא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(מורכבת ומשתנה לאורך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(תכונה אחת בולטת שלא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(המספר אומר במפורש מה התכונה)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(לומדים מהמעשים ומהדיבור)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אפיון עקיף - לומדים שרוני נדיבה ממעשיה, בלי שהמספר אומר זאת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דמות עגולה, כי היא משתנה לאורך הסיפור ומגלה תכונות שונות כמו פחד וחרטה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מתאר/ת מעשים, דיבור או מראה שמהם אפשר להסיק תכונה, בלי אמירה ישירה של התכונה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 עגולה משתנה ומורכבת, דמות שטוחה פשוטה ולא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צריכה להראות תכונה דרך מעשה או דיבור בלי לומר אותה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שם מדגיש תכונה בולטת ולעיתים מוסיף רגש כמו חיבה או לעג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בדוגמת יואב מהדף ולבקש מהתלמידים לזהות את נקודת השינוי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קטע קצר מספר שהכיתה קוראת ולבקש לאתר בו דמות עגולה ודמות שטוחה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היוצרת כדאי לתת דוגמה קצרה בעל פה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דמויות ביצירה הספרותית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ביצירות ספרות אנחנו פוגשים דמויות שונות - חלקן מורכבות ומשתנות, וחלקן פשוטות ובעלות תכונה אחת. בדף זה נתרגל לזהות סוגי דמויות ודרכי אפיון.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ישיר  ·  עגולה  ·  עקיף  ·  שטוחה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דמות עגולה?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שלא מופיעה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 מורכבת שמשתנה לאורך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דמות עם תכונה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דמות שטוחה?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מורכבת עם סתירות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 פשוטה עם תכונה אחת בולטת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דמות שתמיד מתנצלת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אפיון ישיר?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המספר מתאר את מעשי הדמות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המספר אומר במפורש מה התכונה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הקורא מנחש לבד מה התכונה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עגולה יכולה להפתיע אותנו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שטוחה משתנה הרבה לאורך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אפיון עקיף הוא כשהמספר אומר במפורש מה התכונה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דמות __________ היא דמות מורכבת שמשתנה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דמות __________ היא דמות פשוטה עם תכונה אחת בולטת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כאשר המספר אומר במפורש מה התכונה של הדמות, זהו אפיון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כאשר לומדים על הדמות ממעשיה ומדבריה, זהו אפיון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לומדים מהמעשים ומהדיבור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המספר אומר במפורש מה התכונה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אפיון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תכונה אחת בולטת שלא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אפיון עקיף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מורכבת ומשתנה לאורך 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זיהוי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'בכל הפסקה חילקה רוני את הכריך שלה לשניים, ונתנה חצי למי שלא הביא.' איזה סוג אפיון זה, ישיר או עקיף?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יואב מתחיל כנער שחצן ומסיים בהתנצלות בפני חברו. האם זו דמות עגולה או שטוחה?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שורות על דמות (אמיתית או דמיונית) תוך שימוש באפיון עקיף בלבד - בלי לומר במפורש מה התכונה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דמות עגולה לדמות שטוחה?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לאפיון עקיף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דמויות ביצירה הספרותית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